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עידן הנאורות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"עידן הנאורות":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https://historia-et-hachadasha.sites.tab.bot/video-neorut.html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'שתי מסות על הממשל' של לוק – 1689 (שנת ההדפסה; על השער 1690)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זכויות שיש לכל אדם מעצם היותו אדם, כמו הזכות לחיים, לחירות ולרכוש.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ג'ון לוק, מונטסקייה, וולטר; מושגים: תבונה (רציונליזם), זכויות טבעיות, אמנה חברתית.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ג'ון לוק, מונטסקייה, וולטר; מושגים: תבונה (רציונליזם), זכויות טבעיות, אמנה חברתית.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1687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1789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הוגי הנאורות ניסו להחיל את התבונה גם על החברה, על המשפט ועל השלטון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ערעור על הלגיטימיות של המלוכה האבסולוטית והשראה למהפכות באמריקה ובצרפת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היווצרות דעת קהל משכילה שדנה בשלטון, בדת ובמדע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פתיחת הדיון על שוויון זכויות למיעוטים, ובהם היהודים (האמנציפציה)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עידן הנאורות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"עידן הנאורות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עולה בדעתכם כשאתם שומעים את המילה 'נאורות'? רשמו שתי 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הרעיון שהשלטון נוצר מהסכמה בין בני האדם, ולכן הוא מחויב לטובת הציבור.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זכויות שיש לכל אדם מעצם היותו אדם, כמו הזכות לחיים, לחירות ולרכוש.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העיקרון שהסמכות העליונה במדינה שייכת לעם ולא למלך.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"זכויות טבעיות"?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הרעיון שהשלטון נוצר מהסכמה בין בני האדם, ולכן הוא מחויב לטובת הציבור.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זכויות שיש לכל אדם מעצם היותו אדם, כמו הזכות לחיים, לחירות ולרכוש.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חלוקת השלטון לשלוש רשויות – מחוקקת, מבצעת ושופטת – המגבילות זו את זו.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שני הוגים שמוזכרים ואת הרעיון המרכזי של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אילו אמצעים שימשו להפצת רעיונות הנאורות?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בחרו רעיון אחד מהנאורות והסבירו כיצד הוא משפיע על חיינו היום.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לכל אדם יש זכויות: לחיות, להיות חופשי ולהחזיק רכוש.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צריך לחלק את השלטון לשלוש רשויות.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השלטון צריך לשמור על הזכויות של האזרחים.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1751: ניוטון מפרסם את ספרו על חוקי התנועה והכבידה.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1687: ההכרזה על זכויות האדם והאזרח בצרפת.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המדעית הראתה שאפשר לגלות חוקים בטבע באמצעות תבונה וניסוי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ערעור על הלגיטימיות של המלוכה האבסולוטית והשראה למהפכות באמריקה ובצרפת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הזכויות הטבעיות וריבונות העם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היווצרות דעת קהל משכילה שדנה בשלטון, בדת ובמדע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הפצת רעיונות בספרים, בעיתונים ובסלונים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הוגי הנאורות ניסו להחיל את התבונה גם על החברה, על המשפט ועל השלטון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הדרישה לסובלנות דתית ולשוויון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פתיחת הדיון על שוויון זכויות למיעוטים, ובהם היהודים (האמנציפציה)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קאנט כתב 'העזו לדעת'. באילו מצבים בחיים שלכם קל יותר לתת לאחרים לחשוב במקומכם, ומה נדרש כדי לחשוב באופן עצמאי?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עידן הנאורות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