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עידן הנאורות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צפייה פעילה בסרטון על "עידן הנאורות":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https://historia-et-hachadasha.sites.tab.bot/video-neorut.html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פרסום 'מסה על הסובלנות' של וולטר – 1763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'שתי מסות על הממשל' של לוק – 1689 (שנת ההדפסה; על השער 1690)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היכולת האנושית לחשוב, לשפוט ולהסיק מסקנות באופן הגיוני – בסיס הידע לפי הנאורות.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זכויות שיש לכל אדם מעצם היותו אדם, כמו הזכות לחיים, לחירות ולרכוש.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ג'ון לוק, מונטסקייה, וולטר; מושגים: תבונה (רציונליזם), זכויות טבעיות, אמנה חברתית.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1789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פילוסוף אנגלי; הזכויות הטבעיות וזכות העם להחליף שלטון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הוגה צרפתי; 'רוח החוקים' ועקרון הפרדת הרשויות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סופר והוגה צרפתי; סובלנות דתית וחופש ביטוי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עידן הנאורות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צפו בסרטון בעמוד "עידן הנאורות – סרטון ושאלות" באתר וענו על השאלות לפי הסדר.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תבונה (רציונליזם)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היכולת האנושית לחשוב, לשפוט ולהסיק מסקנות באופן הגיוני (reason)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זכויות טבעיות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⚖️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זכויות שיש לכל אדם מעצם היותו אדם, כמו הזכות לחיים, לחירות ולרכוש. (rights)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אמנה חברתית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הרעיון שהשלטון נוצר מהסכמה בין בני האדם, ולכן הוא מחויב לטובת הציבור.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ריבונות העם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העיקרון שהסמכות העליונה במדינה שייכת לעם ולא למלך.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הפרדת רשויות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חלוקת השלטון לשלוש רשויות – מחוקקת, מבצעת ושופטת – המגבילות זו את זו. (separation of powers)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עולה בדעתכם כשאתם שומעים את המילה 'נאורות'? רשמו שתי 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"תבונה (רציונליזם)"?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היכולת האנושית לחשוב, לשפוט ולהסיק מסקנות באופן הגיוני – בסיס הידע לפי הנאורות.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העיקרון שהסמכות העליונה במדינה שייכת לעם ולא למלך.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שלטון יחיד של מלך שאימץ רעיונות מהנאורות וערך רפורמות, אך לא ויתר על כוחו.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"זכויות טבעיות"?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מפעל ספרים צרפתי רב-כרכים שנועד לאסוף את הידע האנושי ולהפיצו.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שלטון יחיד של מלך שאימץ רעיונות מהנאורות וערך רפורמות, אך לא ויתר על כוחו.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זכויות שיש לכל אדם מעצם היותו אדם, כמו הזכות לחיים, לחירות ולרכוש.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רשמו שני הוגים שמוזכרים ואת הרעיון המרכזי של כל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אנשי הנאורות האמינו בשכל של האדם.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לכל אדם יש זכויות: לחיות, להיות חופשי ולהחזיק רכוש.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הנאורות הייתה במאה ה-18 באירופה.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1748: ההכרזה על זכויות האדם והאזרח בצרפת.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השם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ג'ון לוק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פילוסוף אנגלי; הזכויות הטבעיות וזכות העם להחליף שלטון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מונטסקייה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סופר והוגה צרפתי; סובלנות דתית וחופש ביטוי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וולטר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הוגה צרפתי; 'רוח החוקים' ועקרון הפרדת הרשויות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אחרי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הדבר הכי מעניין בסרטון? כתבו 2–3 משפטים.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"בסרטון ראיתי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"זה מעניין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עידן הנאורות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