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עידן הנאורות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צפייה פעילה בסרטון על "עידן הנאורות":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https://historia-et-hachadasha.sites.tab.bot/video-neorut.html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פרסום 'מסה על הסובלנות' של וולטר – 1763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'שתי מסות על הממשל' של לוק – 1689 (שנת ההדפסה; על השער 1690)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היכולת האנושית לחשוב, לשפוט ולהסיק מסקנות באופן הגיוני – בסיס הידע לפי הנאורות.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זכויות שיש לכל אדם מעצם היותו אדם, כמו הזכות לחיים, לחירות ולרכוש.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תשובות לפי הסרטון. אפשר להיעזר בעמוד היחידה – דמויות: ג'ון לוק, מונטסקייה, וולטר; מושגים: תבונה (רציונליזם), זכויות טבעיות, אמנה חברתית.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1748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פילוסוף אנגלי; הזכויות הטבעיות וזכות העם להחליף שלטון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הוגה צרפתי; 'רוח החוקים' ועקרון הפרדת הרשויות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סופר והוגה צרפתי; סובלנות דתית וחופש ביטוי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עידן הנאורות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צפו בסרטון בעמוד "עידן הנאורות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תבונה (רציונליזם)  |  זכויות טבעיות  |  אמנה חברתית  |  ריבונות העם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עולה בדעתכם כשאתם שומעים את המילה 'נאורות'? רשמו שתי 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"תבונה (רציונליזם)"?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חלוקת השלטון לשלוש רשויות – מחוקקת, מבצעת ושופטת – המגבילות זו את זו.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היכולת האנושית לחשוב, לשפוט ולהסיק מסקנות באופן הגיוני – בסיס הידע לפי הנאורות.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האמונה שהאנושות יכולה להשתפר ולהתקדם בעזרת מדע, חינוך ותבונה.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"זכויות טבעיות"?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נכונות לאפשר לבני דתות ואמונות שונות לחיות לפי דרכם בלי רדיפה.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הרעיון שהשלטון נוצר מהסכמה בין בני האדם, ולכן הוא מחויב לטובת הציבור.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זכויות שיש לכל אדם מעצם היותו אדם, כמו הזכות לחיים, לחירות ולרכוש.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רשמו שני הוגים שמוזכרים ואת הרעיון המרכזי של כל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לכל אדם יש זכויות: לחיות, להיות חופשי ולהחזיק רכוש.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אנשי הנאורות האמינו בשכל של האדם.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1784: מונטסקייה מפרסם את 'רוח החוקים' – הפרדת רשויות.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הנאורות הייתה במאה ה-18 באירופה.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ג'ון לוק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פילוסוף אנגלי; הזכויות הטבעיות וזכות העם להחליף שלטון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מונטסקייה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הוגה צרפתי; 'רוח החוקים' ועקרון הפרדת הרשויות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וולטר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סופר והוגה צרפתי; סובלנות דתית וחופש ביטוי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עידן הנאורות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