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"האמנציפציה – שוויון זכויות ליהודים":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https://historia-et-hachadasha.sites.tab.bot/video-emancipatzia.html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'הצו המביש' של נפוליאון – 1808 (ל-10 שנים)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(מעוררת ידע קודם).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מתן שוויון זכויות אזרחיות ופוליטיות לקבוצה שהייתה מופלית, כאן – ליהודים.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ניהול עצמי של הקהילה היהודית: בתי דין, גביית מסים ומוסדות חינוך משלה.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יוסף השני, סטניסלס דה קלרמון-טונר, נפוליאון בונפרטה; מושגים: אמנציפציה, אוטונומיה קהילתית, כתב הסובלנות.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יוסף השני, סטניסלס דה קלרמון-טונר, נפוליאון בונפרטה; מושגים: אמנציפציה, אוטונומיה קהילתית, כתב הסובלנות.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רעיון מהסרטון + קשר נכון לחיינו היום.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1790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1871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עלתה השאלה אם להעניק שוויון זכויות גם ליהודים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צרפת הייתה הראשונה באירופה שהעניקה ליהודים שוויון מלא (1790–1791)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רעיון השוויון הופץ לארצות נוספות באירופה, לעיתים זמנית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היחלשות מוסדות הקהילה ושאלות חדשות על זהות יהודית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לשיח ולכתיבה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האמנציפציה – שוויון זכויות ליהודים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"האמנציפציה – שוויון זכויות ליהודים – סרטון ושאלות" באתר וענו על השאלות לפי הסדר.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המילה 'שוויון' בעיניכם?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"אמנציפציה"?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היטמעות בתרבות הרוב עד כדי טשטוש או נטישה של הזהות היהודית.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רובע נפרד בעיר שבו חויבו היהודים לגור, בדרך כלל מוקף חומה ושערים.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שנאת יהודים שהתבססה במאה ה-19 על טיעונים גזעניים ולאומיים ולא רק דתיים.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"אוטונומיה קהילתית"?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היטמעות בתרבות הרוב עד כדי טשטוש או נטישה של הזהות היהודית.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כינוס של נציגים יהודים שכינס נפוליאון ב-1806 כדי לבחון את נאמנותם למדינה.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רשמו שתי מגבלות שהיו מוטלות על יהודים לפני האמנציפציה.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דרשו המדינות מהיהודים בתמורה לשוויון?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לדעתכם האמנציפציה הצליחה? נמקו בשני משפטים.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 לפי מה שלמדתם.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היהודים קיבלו זכויות כמו כל האזרחים.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1782: שוויון זכויות ליהודים הספרדים-הפורטוגזים בצרפת.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צרפת נתנה ליהודים שוויון ב-1791.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1867: שוויון זכויות ליהודים באיחוד גרמניה.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בתמורה הם היו צריכים לוותר על חלק מהחיים הנפרדים של הקהילה.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סיבה את התוצאה.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רעיונות הנאורות על שוויון וזכויות טבעיות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רעיון השוויון הופץ לארצות נוספות באירופה, לעיתים זמנית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הצרפתית וההכרזה על זכויות האדם והאזרח (1789)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היחלשות מוסדות הקהילה ושאלות חדשות על זהות יהודית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כיבושי נפוליאון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צרפת הייתה הראשונה באירופה שהעניקה ליהודים שוויון מלא (1790–1791)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היהודים נדרשו לוותר על האוטונומיה הקהילתית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עלתה השאלה אם להעניק שוויון זכויות גם ליהודים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שאלה לשיח ולכתיבה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האם הוגן לדרוש מקבוצה לוותר על חלק מזהותה כדי לקבל שוויון? נמקו.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עמדתכם.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נמקו בעזרת דוגמה מהסרטון או מהיחידה.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האמנציפציה – שוויון זכויות ליהודים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